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צניעות ולזהות מעשים שמבטאים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צניעות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מעשה טוב שנעשה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התנהגות צנועה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לעזור למישהו בלי לספר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אחרים עזרו להצלחה הזו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צניעות היא דווקא לא לספר לכולם על ההצלחה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צניעות כוללת גם פתיחות ללמוד מאחרים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קרדיט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מעשה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(התרברבות)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(כנות וצניעות)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המעשה הצנוע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עשיתי משהו טוב בשביל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סיפרתי לאף אחד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הרגשתי סיפוק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המשכתי הלאה בלי לחכות למחמאה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מעשה טוב שנעשה בלי לספר לאף אחד, עם הסבר איך הרגישו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שצניעות היא לא לחפש תשומת לב, בניגוד להתרברבות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עזרה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שהודאה בטעות מראה אומץ וכנות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מהכיתה למעשים צנועים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להם, כדי לשמור על האווירה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הדיון לדמות מנהיג צנוע שנלמד עליו בדף אחר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של התבוננות – מהי צניעות?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צניעות היא תכונה חשובה אצל אנשים רבים, ובייחוד אצל מנהיגים. בדף הזה נבדוק מה זה אומר להיות צנוע/ה, ונתבונן על מעשים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בלי  ·  קרדיט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התנהגות צנועה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מתאר בצורה הטובה ביותר התנהגות צנועה?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לכולם על ההצלחה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למישהו בלי לספר על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לצלם את עצמי עם הפרס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מתאים לאדם צנוע?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היה רק בזכותי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גם אחרים עזרו להצלחה הזו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אני תמיד הכי טוב/ה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אדם צנוע תמיד מספר לכולם כמה הוא הצליח.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לאחרים גם כשאני יודע/ת הרבה זה סימן לצניעות.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אדם צנוע עוזר לאחרים __________ שיידעו על כך 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חשוב לתת __________ גם לאנשים שעזרו לנו להצליח.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מעשה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לעזור ולא לספר על 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לצלם את עצמי עם כל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כנות וצניעות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להודות בטעות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צניעות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להקשיב גם כשיודעים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התרברבות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המעשה הצנוע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המשכתי הלאה בלי לחכות למחמאה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עשיתי משהו טוב בשביל 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סיפרתי לאף אחד על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הרגשתי סיפוק פנימי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שבה עשיתם משהו טוב בשקט, בלי לחפש מחמאות.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צניעות להתרברבות?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למעשה צנוע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של התבוננות – מהי צניעות?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