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רגע של התבוננות – מהי צניעות?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צניעות ולזהות מעשים שמבטאים אותה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צניעות להתרברבות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אישית על מעשה טוב שנעשה בשקט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התנהגות צנועה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לעזור למישהו בלי לספר על כך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גם אחרים עזרו להצלחה הזו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התרברבות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משבח ושמח בשבילם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מקשיב גם לאנשים פשוטים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צניעות היא דווקא לא לספר לכולם על ההצלחה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צניעות כוללת גם פתיחות ללמוד מאחרים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נתינת קרדיט מראה הערכה ולא פוגעת בהישג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צניעות ומנהיגות יכולות להתקיים יחד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קרדיט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טעות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התרברבות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ענווה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מעשה לתכונה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(צניעות)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(התרברבות)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(כנות וצניעות)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(ענווה)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(חוסר צניעות)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המעשה הצנוע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עשיתי משהו טוב בשביל מישהו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סיפרתי לאף אחד על כך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הרגשתי סיפוק פנימי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המשכתי הלאה בלי לחכות למחמאה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 קצר של מעשה טוב שנעשה בלי לספר לאף אחד, עם הסבר איך הרגישו אחר כך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שמחבר בין ביטחון עצמי לבין צניעות, למשל שמנהיג יכול להיות בטוח אך גם להקשיב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מבין שצניעות היא לא לחפש תשומת לב, בניגוד להתרברבות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מתאימה כמו עזרה בשקט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שהודאה בטעות מראה אומץ וכנות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דוגמאות מהכיתה למעשים צנועים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לשתף רק אם נוח להם, כדי לשמור על האווירה הבטוחה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לקשר את הדיון לדמות מנהיג צנוע שנלמד עליו בדף אחר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רגע של התבוננות – מהי צניעות?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מה זה צניעות. צניעות זה לעשות דברים טובים בלי לספר לכולם.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צניעות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 להתרברב ולא לחפש תשומת לב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התרברבות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לספר לכולם כמה אני טוב/ה או מוצלח/ת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קרדיט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הכרה בכך שמישהו אחר עזר או תרם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ענווה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להרגיש שאני לא תמיד הכי חשוב/ה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הודאה בטעות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לומר בכנות שטעיתי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הישג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הצלחה או דבר טוב שעשיתי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ביטחון עצמי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להאמין ביכולות שלי בלי להתפאר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התנהגות צנועה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מעשה מראה צניעות?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לספר לכולם על ההצלחה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לעזור למישהו בלי לספר על כך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לצלם את עצמי עם הפרס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להתווכח כדי להוכיח שאני צודק/ת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יגיד אדם צנוע?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זה היה רק בזכותי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גם אחרים עזרו להצלחה הזו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אני תמיד הכי טוב/ה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צורך להקשיב לאחרים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ההפך מצניעות?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ענווה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התרברבות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הקשבה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עושה אדם צנוע כשחבר מצליח?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מרגיש קנאה ולא אומר כלום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משבח ושמח בשבילם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מנסה להראות שהוא טוב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מתעלם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נראה מנהיג צנוע?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חושב רק על עצמו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מקשיב גם לאנשים פשוטים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מתרברב בהישגיו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מודה לאף אחד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צנוע תמיד מספר לכולם כמה הוא הצליח.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להקשיב לאחרים גם כשאני יודע/ת הרבה זה סימן לצניעות.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לתת קרדיט לאחרים מקטין את ההישג שלי.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להיות מנהיג חשוב וגם צנוע בו זמנית.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אדם צנוע עוזר לאחרים __________ שיידעו על כך כולם.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חשוב לתת __________ גם לאנשים שעזרו לנו להצליח.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מי שמודה ב__________ שלו מראה אומץ.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ההפך ממעשה צנוע הוא מעשה של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__________ פירושו לא להרגיש צורך תמידי להתפאר.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מעשה לתכונה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לעזור ולא לספר על כך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התרברבות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לצלם את עצמי עם כל פרס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כנות וצניעות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להודות בטעות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חוסר צניעות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להקשיב גם כשיודעים הרבה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צניעות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לקחת את כל הקרדיט לבד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ענווה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המעשה הצנוע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הרגשתי סיפוק פנימי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המשכתי הלאה בלי לחכות למחמאה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עשיתי משהו טוב בשביל מישהו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 סיפרתי לאף אחד על כך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ספרו על פעם שבה עשיתם משהו טוב בשקט, בלי לחפש מחמאות.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שמראה איך אפשר להיות גם חזק/ה וגם צנוע/ה.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צניעות להתרברבות?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למעשה צנוע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להודות בטעות?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רגע של התבוננות – מהי צניעות?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