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מהי צניעות?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צניעות ולזהות מעשים שמבטאים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צניעות להתרברבות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מעשה טוב שנעשה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התנהגות צנועה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למישהו בלי לספר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אחרים עזרו להצלחה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התרברבות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משבח ושמח בשבילם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מקשיב גם לאנשים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צניעות היא דווקא לא לספר לכולם על ההצלחה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צניעות כוללת גם פתיחות ללמוד מאחרים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נתינת קרדיט מראה הערכה ולא פוגעת בהישג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צניעות ומנהיגות יכולות להתקיים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קרדיט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התרברבות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ענווה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מעשה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(צניעות)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(התרברבות)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(כנות וצניעות)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(ענווה)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(חוסר צניעות)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המעשה הצנוע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עשיתי משהו טוב בשביל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סיפרתי לאף אחד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הרגשתי סיפוק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המשכתי הלאה בלי לחכות למחמאה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מעשה טוב שנעשה בלי לספר לאף אחד, עם הסבר איך הרגישו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שמחבר בין ביטחון עצמי לבין צניעות, למשל שמנהיג יכול להיות בטוח אך גם להקשיב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שצניעות היא לא לחפש תשומת לב, בניגוד להתרברבות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כמו עזרה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שהודאה בטעות מראה אומץ וכנות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למעשים צנועים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אם נוח להם, כדי לשמור על האווירה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הדיון לדמות מנהיג צנוע שנלמד עליו בדף אחר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מהי צניעות?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צניעות היא תכונה חשובה אצל אנשים רבים, ובייחוד אצל מנהיגים. בדף הזה נבדוק מה זה אומר להיות צנוע/ה, ונתבונן על מעשים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התנהגות צנועה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מתאר בצורה הטובה ביותר התנהגות צנועה?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לכולם על ההצלחה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למישהו בלי לספר על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את עצמי עם הפרס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להתווכח כדי להוכיח שאני צודק/ת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מתאים לאדם צנוע?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היה רק בזכותי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אחרים עזרו להצלחה הזו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תמיד הכי טוב/ה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להקשיב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מצניעות?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התרברבות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כשחבר/ה מצליחים, אדם צנוע...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מרגיש קנאה ולא אומר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משבח ושמח בשבילם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מנסה להראות שהוא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מנהיג צנוע הוא מנהיג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חושב רק על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 גם לאנשים 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מתרברב בהישגיו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מודה לאף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צנוע תמיד מספר לכולם כמה הוא הצליח.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לאחרים גם כשאני יודע/ת הרבה זה סימן לצניעות.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קרדיט לאחרים מקטין את ההישג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להיות מנהיג חשוב וגם צנוע בו זמנית.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אדם צנוע עוזר לאחרים __________ שיידעו על כך 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חשוב לתת __________ גם לאנשים שעזרו לנו להצליח.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שמודה ב__________ שלו מראה אומץ.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ממעשה צנוע הוא מעשה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פירושו לא להרגיש צורך תמידי להתפאר.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מעשה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לעזור ולא לספר על 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חוסר 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לצלם את עצמי עם כל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להודות בטעות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התרברבות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להקשיב גם כשיודעים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לקחת את כל הקרדיט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כנות וצניעות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המעשה הצנוע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המשכתי הלאה בלי לחכות למחמאה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הרגשתי סיפוק פנימי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עשיתי משהו טוב בשביל מישהו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סיפרתי לאף אחד על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פעם שבה עשיתם משהו טוב בשקט, בלי לחפש מחמאות.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שמראה איך אפשר להיות גם חזק/ה וגם צנוע/ה.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צניעות להתרברבות?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למעשה צנוע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להודות בטעות?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של התבוננות – מהי צניעות?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